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13.1: 90-Day Elastic Planner and Pod Guide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13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The payoff plan from Chapter 13. Fill in page one before you start.</w:t>
      </w:r>
    </w:p>
    <w:p>
      <w:r>
        <w:t>### Page 1: The plan on one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Line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Entry</w:t>
            </w:r>
          </w:p>
        </w:tc>
      </w:tr>
      <w:tr>
        <w:tc>
          <w:tcPr>
            <w:tcW w:type="dxa" w:w="4320"/>
          </w:tcPr>
          <w:p>
            <w:r>
              <w:t>1 Goal (anchored, stretching, measurable, AI-aware)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2 Why (core value)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3 Daily practice: what, how long, when, where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4 Supports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5 Evidence I will save each Friday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6 Review dates: Week 4 / 9 / 13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7 Partner or pod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8 Day 91 celebration and next step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### Pages 2–3: Thirteen weeks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Practice days ✓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Evidence by Friday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5-question check done ✓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Foundation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Foundation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Foundation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Foundation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Stretch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Stretch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Stretch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Stretch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Stretch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>
        <w:t>### Page 4: Monthly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Week 4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Week 9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Week 13</w:t>
            </w:r>
          </w:p>
        </w:tc>
      </w:tr>
      <w:tr>
        <w:tc>
          <w:tcPr>
            <w:tcW w:type="dxa" w:w="2160"/>
          </w:tcPr>
          <w:p>
            <w:r>
              <w:t>Progress and evidence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Practice days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Still at the edge?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Supports that helped / were missing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Energy and well-being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Still connected to my core?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One change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### Pod guide (30–45 minutes, every two weeks)</w:t>
      </w:r>
    </w:p>
    <w:p>
      <w:r>
        <w:t>1. Check-in: one word each (5 min)</w:t>
      </w:r>
    </w:p>
    <w:p>
      <w:r>
        <w:t>2. Rounds: did / learned / stuck / next (5 min each)</w:t>
      </w:r>
    </w:p>
    <w:p>
      <w:r>
        <w:t>3. Help: focus on one person's stuck point (10 min)</w:t>
      </w:r>
    </w:p>
    <w:p>
      <w:r>
        <w:t>4. Commitments: one sentence each (5 min)</w:t>
      </w:r>
    </w:p>
    <w:p>
      <w:r>
        <w:t>Rules: confidentiality · no fixing unless asked · celebrate effort · show up even when you did nothing.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