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Worksheet 2.1: 72-Hour Reset Checklist</w:t>
      </w:r>
    </w:p>
    <w:p>
      <w:r/>
      <w:r>
        <w:rPr>
          <w:i/>
        </w:rPr>
        <w:t>Companion to</w:t>
      </w:r>
      <w:r>
        <w:t xml:space="preserve"> Elastic Intelligence, </w:t>
      </w:r>
      <w:r>
        <w:rPr>
          <w:i/>
        </w:rPr>
        <w:t>Chapter 2</w:t>
      </w:r>
      <w:r/>
    </w:p>
    <w:p>
      <w:r/>
      <w:r>
        <w:rPr>
          <w:b/>
        </w:rPr>
        <w:t>Name:</w:t>
      </w:r>
      <w:r>
        <w:t xml:space="preserve"> ____________________   </w:t>
      </w:r>
      <w:r>
        <w:rPr>
          <w:b/>
        </w:rPr>
        <w:t>Date:</w:t>
      </w:r>
      <w:r>
        <w:t xml:space="preserve"> __________</w:t>
      </w:r>
    </w:p>
    <w:p>
      <w:r/>
      <w:r>
        <w:rPr>
          <w:b/>
        </w:rPr>
        <w:t>How to use:</w:t>
      </w:r>
      <w:r>
        <w:t xml:space="preserve"> Use this in the first three days after a job loss or a major role change (Chapter 2). Tick each item as you finish it.</w:t>
      </w:r>
    </w:p>
    <w:p>
      <w:r/>
      <w:r>
        <w:rPr>
          <w:b/>
        </w:rPr>
        <w:t>First 24 hours</w:t>
      </w:r>
      <w:r/>
    </w:p>
    <w:p>
      <w:r>
        <w:t>☐ Pause before making big decisions</w:t>
      </w:r>
    </w:p>
    <w:p>
      <w:r>
        <w:t>☐ Tell one trusted person</w:t>
      </w:r>
    </w:p>
    <w:p>
      <w:r>
        <w:t>☐ Write down the facts: dates, pay, benefits, deadlines</w:t>
      </w:r>
    </w:p>
    <w:p>
      <w:r>
        <w:t>☐ Sleep, eat, and move</w:t>
      </w:r>
    </w:p>
    <w:p>
      <w:r/>
      <w:r>
        <w:rPr>
          <w:b/>
        </w:rPr>
        <w:t>Hours 24–48</w:t>
      </w:r>
      <w:r/>
    </w:p>
    <w:p>
      <w:r>
        <w:t>☐ List monthly costs and runway</w:t>
      </w:r>
    </w:p>
    <w:p>
      <w:r>
        <w:t>☐ Check benefits and severance terms</w:t>
      </w:r>
    </w:p>
    <w:p>
      <w:r>
        <w:t>☐ Tell three people what happened and what you are looking for</w:t>
      </w:r>
    </w:p>
    <w:p>
      <w:r>
        <w:t>☐ Write one paragraph: what I am proud of in my work</w:t>
      </w:r>
    </w:p>
    <w:p>
      <w:r/>
      <w:r>
        <w:rPr>
          <w:b/>
        </w:rPr>
        <w:t>Hours 48–72</w:t>
      </w:r>
      <w:r/>
    </w:p>
    <w:p>
      <w:r>
        <w:t>☐ Draft my cognitive fingerprint, not my job title</w:t>
      </w:r>
    </w:p>
    <w:p>
      <w:r>
        <w:t>☐ Name one adjacent role worth exploring</w:t>
      </w:r>
    </w:p>
    <w:p>
      <w:r>
        <w:t>☐ Schedule one conversation</w:t>
      </w:r>
    </w:p>
    <w:p>
      <w:r>
        <w:t>☐ Choose a daily routine for the next two weeks</w:t>
      </w:r>
    </w:p>
    <w:p>
      <w:r/>
      <w:r>
        <w:rPr>
          <w:b/>
        </w:rPr>
        <w:t>What I will do tomorrow morning:</w:t>
      </w:r>
      <w:r/>
    </w:p>
    <w:p>
      <w:r>
        <w:t>______________________________________________</w:t>
      </w:r>
    </w:p>
    <w:p>
      <w:r>
        <w:t>______________________________________________</w:t>
      </w:r>
    </w:p>
    <w:p>
      <w:r/>
      <w:r>
        <w:rPr>
          <w:i/>
        </w:rPr>
        <w:t>Worksheet from</w:t>
      </w:r>
      <w:r>
        <w:t xml:space="preserve"> Elastic Intelligence </w:t>
      </w:r>
      <w:r>
        <w:rPr>
          <w:i/>
        </w:rPr>
        <w:t>by Zafrullah Khan, Ed.D. © 2026 ai021.ai, Inc. You may print it for personal, team, or classroom use. Download: https://www.ai021.ai/book/elastic-intelligence</w:t>
      </w:r>
      <w: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BM Plex Serif" w:hAnsi="IBM Plex Seri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Zafrullah Khan, Ed.D.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