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3.3: Weekly Sprint Log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3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Five minutes every Friday.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Week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What I practiced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What I learned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What blocked me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Next week I will…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