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7a.1: Personal AI Use Policy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7a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Write your four-part policy (Section 7a.6). Keep it to one page and review it every quarter.</w:t>
      </w:r>
    </w:p>
    <w:p>
      <w:r/>
      <w:r>
        <w:rPr>
          <w:b/>
        </w:rPr>
        <w:t>Name:</w:t>
      </w:r>
      <w:r>
        <w:t xml:space="preserve"> ______________   </w:t>
      </w:r>
      <w:r>
        <w:rPr>
          <w:b/>
        </w:rPr>
        <w:t>Date:</w:t>
      </w:r>
      <w:r>
        <w:t xml:space="preserve"> ________   </w:t>
      </w:r>
      <w:r>
        <w:rPr>
          <w:b/>
        </w:rPr>
        <w:t>Next review:</w:t>
      </w:r>
      <w:r>
        <w:t xml:space="preserve"> ________</w:t>
      </w:r>
    </w:p>
    <w:p>
      <w:r>
        <w:t>### Never (what I will never put in or let AI do)</w:t>
      </w:r>
    </w:p>
    <w:p>
      <w:r>
        <w:t>1. ______________________________________________</w:t>
      </w:r>
    </w:p>
    <w:p>
      <w:r>
        <w:t>2. ______________________________________________</w:t>
      </w:r>
    </w:p>
    <w:p>
      <w:r>
        <w:t>3. ______________________________________________</w:t>
      </w:r>
    </w:p>
    <w:p>
      <w:r>
        <w:t>4. ______________________________________________</w:t>
      </w:r>
    </w:p>
    <w:p>
      <w:r>
        <w:t>### Always check (outputs I will always verify)</w:t>
      </w:r>
    </w:p>
    <w:p>
      <w:r>
        <w:t>1. ______________________________________________</w:t>
      </w:r>
    </w:p>
    <w:p>
      <w:r>
        <w:t>2. ______________________________________________</w:t>
      </w:r>
    </w:p>
    <w:p>
      <w:r>
        <w:t>3. ______________________________________________</w:t>
      </w:r>
    </w:p>
    <w:p>
      <w:r>
        <w:t>4. ______________________________________________</w:t>
      </w:r>
    </w:p>
    <w:p>
      <w:r>
        <w:t>### Always disclose (when I will tell others AI was involved)</w:t>
      </w:r>
    </w:p>
    <w:p>
      <w:r>
        <w:t>1. ______________________________________________</w:t>
      </w:r>
    </w:p>
    <w:p>
      <w:r>
        <w:t>2. ______________________________________________</w:t>
      </w:r>
    </w:p>
    <w:p>
      <w:r>
        <w:t>3. ______________________________________________</w:t>
      </w:r>
    </w:p>
    <w:p>
      <w:r>
        <w:t>4. ______________________________________________</w:t>
      </w:r>
    </w:p>
    <w:p>
      <w:r>
        <w:t>### Always protect (what stays human)</w:t>
      </w:r>
    </w:p>
    <w:p>
      <w:r>
        <w:t>1. ______________________________________________</w:t>
      </w:r>
    </w:p>
    <w:p>
      <w:r>
        <w:t>2. ______________________________________________</w:t>
      </w:r>
    </w:p>
    <w:p>
      <w:r>
        <w:t>3. ______________________________________________</w:t>
      </w:r>
    </w:p>
    <w:p>
      <w:r>
        <w:t>4. ______________________________________________</w:t>
      </w:r>
    </w:p>
    <w:p>
      <w:r/>
      <w:r>
        <w:rPr>
          <w:b/>
        </w:rPr>
        <w:t>Tools approved for work data:</w:t>
      </w:r>
      <w:r>
        <w:t xml:space="preserve"> ______________________</w:t>
      </w:r>
    </w:p>
    <w:p>
      <w:r/>
      <w:r>
        <w:rPr>
          <w:b/>
        </w:rPr>
        <w:t>Signature:</w:t>
      </w:r>
      <w:r>
        <w:t xml:space="preserve"> 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