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Card 9: The Thermometer</w:t>
      </w:r>
    </w:p>
    <w:p>
      <w:r/>
      <w:r>
        <w:rPr>
          <w:b/>
        </w:rPr>
        <w:t>Reach for it when</w:t>
      </w:r>
      <w:r>
        <w:t xml:space="preserve"> the helper sounds equally sure about everything, or hedges everything until nothing is usable.</w:t>
      </w:r>
    </w:p>
    <w:p>
      <w:r/>
      <w:r>
        <w:rPr>
          <w:b/>
        </w:rPr>
        <w:t>Say it like this</w:t>
      </w:r>
      <w:r/>
    </w:p>
    <w:p>
      <w:r>
        <w:t>• "Sort your claims into three piles: you'd defend it anywhere; reasonable but mixed; a guess. Use a strong voice only for the first pile."</w:t>
      </w:r>
    </w:p>
    <w:p>
      <w:r>
        <w:t>• "Mark anything you're not sure of with [check]."</w:t>
      </w:r>
    </w:p>
    <w:p>
      <w:r/>
      <w:r>
        <w:rPr>
          <w:b/>
        </w:rPr>
        <w:t>Not this:</w:t>
      </w:r>
      <w:r>
        <w:t xml:space="preserve"> "Are you sure?" (asked of everything).</w:t>
      </w:r>
    </w:p>
    <w:p>
      <w:r/>
      <w:r>
        <w:rPr>
          <w:i/>
        </w:rPr>
        <w:t>From</w:t>
      </w:r>
      <w:r>
        <w:t xml:space="preserve"> Who Will Teach the Robots? </w:t>
      </w:r>
      <w:r>
        <w:rPr>
          <w:i/>
        </w:rPr>
        <w:t>by Zafrullah Khan, Ed.D. © 2026 ai021.ai, Inc. Copy for personal, team or classroom use. Reposting online needs written permission from ai021.ai, Inc. Download printable copies at https://www.ai021.ai/book/who-will-teach-the-robots</w:t>
      </w:r>
      <w: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BM Plex Serif" w:hAnsi="IBM Plex Seri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Card 9: The Thermometer</dc:title>
  <dc:subject>Who Will Teach the Robots? companion workbook</dc:subject>
  <dc:creator>Zafrullah Khan, Ed.D.</dc:creator>
  <cp:keywords/>
  <dc:description/>
  <cp:lastModifiedBy>ai021.ai, Inc.</cp:lastModifiedBy>
  <cp:revision>1</cp:revision>
  <dcterms:created xsi:type="dcterms:W3CDTF">2026-10-23T05:35:21Z</dcterms:created>
  <dcterms:modified xsi:type="dcterms:W3CDTF">2026-10-23T05:35:21Z</dcterms:modified>
  <cp:category/>
</cp:coreProperties>
</file>