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3: Privacy Checklist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3</w:t>
      </w:r>
      <w:r/>
    </w:p>
    <w:p>
      <w:r/>
      <w:r>
        <w:rPr>
          <w:b/>
        </w:rPr>
        <w:t>Date checked: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Run anything you plan to put in a profile, a saved instruction or a chat past this list. Recheck every few months. If you work in a school, hospital or office, follow its rules on AI tools first.</w:t>
      </w:r>
    </w:p>
    <w:p>
      <w:r>
        <w:t>☐ I'm teaching standards, not secrets: no bank logins, account numbers or passwords.</w:t>
      </w:r>
    </w:p>
    <w:p>
      <w:r>
        <w:t>☐ Other people's details are out, or reduced to initials with anything identifying removed.</w:t>
      </w:r>
    </w:p>
    <w:p>
      <w:r>
        <w:t>☐ Children are described by situation, not by name.</w:t>
      </w:r>
    </w:p>
    <w:p>
      <w:r>
        <w:t>☐ I know whether memory is on in my tool, where saved items are shown, and how to delete them.</w:t>
      </w:r>
    </w:p>
    <w:p>
      <w:r>
        <w:t>☐ I asked the tool to list what it has saved about me, and I corrected or deleted what I don't want kept.</w:t>
      </w:r>
    </w:p>
    <w:p>
      <w:r>
        <w:t>☐ Work and home are kept apart where I can (separate profile or account).</w:t>
      </w:r>
    </w:p>
    <w:p>
      <w:r/>
      <w:r>
        <w:rPr>
          <w:b/>
        </w:rPr>
        <w:t>What I deleted today:</w:t>
      </w:r>
      <w:r>
        <w:t xml:space="preserve"> ______________________________________</w:t>
      </w:r>
    </w:p>
    <w:p>
      <w:r/>
      <w:r>
        <w:rPr>
          <w:b/>
        </w:rPr>
        <w:t>Next check:</w:t>
      </w:r>
      <w:r>
        <w:t xml:space="preserve"> 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3: Privacy Checklist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