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13: Test Log</w:t>
      </w:r>
    </w:p>
    <w:p>
      <w:r/>
      <w:r>
        <w:rPr>
          <w:i/>
        </w:rPr>
        <w:t>Companion to</w:t>
      </w:r>
      <w:r>
        <w:t xml:space="preserve"> Who Will Teach the Robots?, </w:t>
      </w:r>
      <w:r>
        <w:rPr>
          <w:i/>
        </w:rPr>
        <w:t>Appendix D</w:t>
      </w:r>
      <w:r/>
    </w:p>
    <w:p>
      <w:r/>
      <w:r>
        <w:rPr>
          <w:b/>
        </w:rPr>
        <w:t>Date:</w:t>
      </w:r>
      <w:r>
        <w:t xml:space="preserve"> __________   </w:t>
      </w:r>
      <w:r>
        <w:rPr>
          <w:b/>
        </w:rPr>
        <w:t>Tool:</w:t>
      </w:r>
      <w:r>
        <w:t xml:space="preserve"> ______________________________</w:t>
      </w:r>
    </w:p>
    <w:p>
      <w:r/>
      <w:r>
        <w:rPr>
          <w:b/>
        </w:rPr>
        <w:t>How to use:</w:t>
      </w:r>
      <w:r>
        <w:t xml:space="preserve"> One page per test. Give the same task and the same first answer two kinds of feedback, weak and constructive, and paste what comes back word for word. Write the check before you decide what it means. Keep the last line: it's the rule this test taught you.</w:t>
      </w:r>
    </w:p>
    <w:p>
      <w:r/>
      <w:r>
        <w:rPr>
          <w:b/>
        </w:rPr>
        <w:t>Task</w:t>
      </w:r>
      <w:r>
        <w:t xml:space="preserve"> (bare request, word for word):</w:t>
      </w:r>
    </w:p>
    <w:p>
      <w:r>
        <w:t>_____________________________________</w:t>
      </w:r>
    </w:p>
    <w:p>
      <w:r/>
      <w:r>
        <w:rPr>
          <w:b/>
        </w:rPr>
        <w:t>First answer</w:t>
      </w:r>
      <w:r>
        <w:t xml:space="preserve"> (paste, or the key lines):</w:t>
      </w:r>
    </w:p>
    <w:p>
      <w:r>
        <w:t>_____________________________________</w:t>
      </w:r>
    </w:p>
    <w:p>
      <w:r/>
      <w:r>
        <w:rPr>
          <w:b/>
        </w:rPr>
        <w:t>Branch A, weak feedback</w:t>
      </w:r>
      <w:r>
        <w:t xml:space="preserve"> (word for word):</w:t>
      </w:r>
    </w:p>
    <w:p>
      <w:r>
        <w:t>_____________________________________</w:t>
      </w:r>
    </w:p>
    <w:p>
      <w:r/>
      <w:r>
        <w:rPr>
          <w:b/>
        </w:rPr>
        <w:t>What came back</w:t>
      </w:r>
      <w:r>
        <w:t>:</w:t>
      </w:r>
    </w:p>
    <w:p>
      <w:r>
        <w:t>_____________________________________</w:t>
      </w:r>
    </w:p>
    <w:p>
      <w:r/>
      <w:r>
        <w:rPr>
          <w:b/>
        </w:rPr>
        <w:t>Branch B, constructive feedback</w:t>
      </w:r>
      <w:r>
        <w:t xml:space="preserve"> (word for word):</w:t>
      </w:r>
    </w:p>
    <w:p>
      <w:r>
        <w:t>_____________________________________</w:t>
      </w:r>
    </w:p>
    <w:p>
      <w:r/>
      <w:r>
        <w:rPr>
          <w:b/>
        </w:rPr>
        <w:t>What came back</w:t>
      </w:r>
      <w:r>
        <w:t>:</w:t>
      </w:r>
    </w:p>
    <w:p>
      <w:r>
        <w:t>_____________________________________</w:t>
      </w:r>
    </w:p>
    <w:p>
      <w:r/>
      <w:r>
        <w:rPr>
          <w:b/>
        </w:rPr>
        <w:t>Check</w:t>
      </w:r>
      <w:r>
        <w:t xml:space="preserve"> (what changed, what didn't, what still needs a person):</w:t>
      </w:r>
    </w:p>
    <w:p>
      <w:r>
        <w:t>_____________________________________</w:t>
      </w:r>
    </w:p>
    <w:p>
      <w:r/>
      <w:r>
        <w:rPr>
          <w:b/>
        </w:rPr>
        <w:t>One rule to save from this test</w:t>
      </w:r>
      <w:r>
        <w:t>:</w:t>
      </w:r>
    </w:p>
    <w:p>
      <w:r>
        <w:t>_____________________________________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13: Test Log</dc:title>
  <dc:subject>Who Will Teach the Robots? companion workbook</dc:subject>
  <dc:creator>Zafrullah Khan, Ed.D.</dc:creator>
  <cp:keywords/>
  <dc:description/>
  <cp:lastModifiedBy>ai021.ai, Inc.</cp:lastModifiedBy>
  <cp:revision>1</cp:revision>
  <dcterms:created xsi:type="dcterms:W3CDTF">2026-10-23T05:35:21Z</dcterms:created>
  <dcterms:modified xsi:type="dcterms:W3CDTF">2026-10-23T05:35:21Z</dcterms:modified>
  <cp:category/>
</cp:coreProperties>
</file>